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活动会议记录摘要模板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1,000–3,000 字（依活动规模而定）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编写人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活动筹办团队或指定记录人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提交语言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本模板用于在研究院会议、研讨会、工作坊或培训项目结束后，编制活动会议记录摘要。完成后的摘要将纳入研究院活动档案，并可为后续出版物或活动策划提供参考。请在活动结束后两周内，将完成的摘要提交至主办研究中心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活动名称、日期、举办形式、主办研究中心、编写人、记录日期。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［活动名称］</w:t>
              <w:br/>
              <w:t>［日期］</w:t>
              <w:br/>
              <w:t>［举办形式：线上／线下／混合］</w:t>
              <w:br/>
              <w:t>［主办研究中心］</w:t>
              <w:br/>
              <w:t>［编写人］</w:t>
              <w:br/>
              <w:t>［记录日期］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一、活动概况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活动目的、举办形式及参会情况概述。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［请描述本次活动的目的、举办形式，并简要概述参会情况（参会人数及构成）。］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二、演讲者与场次摘要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每个场次重复填写本区块：演讲者姓名及所属机构、场次标题，以及 150–250 字的要点摘要。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［场次标题］</w:t>
              <w:br/>
              <w:t>［演讲者姓名、所属机构］</w:t>
              <w:br/>
              <w:t>［150–250 字的场次要点摘要］</w:t>
              <w:br/>
              <w:br/>
              <w:t>（如有多个场次，请重复填写本区块。）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三、讨论要点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问答或讨论环节中提出的主要问题及回应。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［请概述问答或自由讨论环节中提出的主要问题及相应回应。］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四、主要结论与成果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主要收获及达成的决定（如有）。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［请概述本次活动的主要收获，以及达成的任何决定或共识。］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五、后续行动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后续行动事项、负责人及目标完成日期（如有）。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［如有，请列出后续行动事项、负责人／团队及目标完成日期；若无后续行动，请填写"无后续行动事项"。］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附录：议程与出席名单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完整活动议程及出席人员名单（可选）。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［如适用，请附上完整活动议程及出席人员名单。本节为可选内容。］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